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60ED0" w14:textId="77777777" w:rsidR="00634068" w:rsidRPr="00884CEE" w:rsidRDefault="00000000">
      <w:pPr>
        <w:jc w:val="center"/>
        <w:rPr>
          <w:sz w:val="44"/>
          <w:szCs w:val="44"/>
        </w:rPr>
      </w:pPr>
      <w:r w:rsidRPr="00884CEE">
        <w:rPr>
          <w:b/>
          <w:color w:val="1E1E1E"/>
          <w:sz w:val="44"/>
          <w:szCs w:val="44"/>
        </w:rPr>
        <w:t>JACOB LAFAVE</w:t>
      </w:r>
    </w:p>
    <w:p w14:paraId="0EC20AEC" w14:textId="61F06AB3" w:rsidR="00634068" w:rsidRDefault="00000000" w:rsidP="00884CEE">
      <w:pPr>
        <w:jc w:val="center"/>
      </w:pPr>
      <w:r>
        <w:rPr>
          <w:color w:val="5A5A5A"/>
          <w:sz w:val="20"/>
        </w:rPr>
        <w:t>S</w:t>
      </w:r>
      <w:r w:rsidR="002A1F4E">
        <w:rPr>
          <w:color w:val="5A5A5A"/>
          <w:sz w:val="20"/>
        </w:rPr>
        <w:t>t. Louis</w:t>
      </w:r>
      <w:r>
        <w:rPr>
          <w:color w:val="5A5A5A"/>
          <w:sz w:val="20"/>
        </w:rPr>
        <w:t xml:space="preserve">, </w:t>
      </w:r>
      <w:r w:rsidR="002A1F4E">
        <w:rPr>
          <w:color w:val="5A5A5A"/>
          <w:sz w:val="20"/>
        </w:rPr>
        <w:t>MO | (</w:t>
      </w:r>
      <w:r>
        <w:rPr>
          <w:color w:val="5A5A5A"/>
          <w:sz w:val="20"/>
        </w:rPr>
        <w:t>636) 466-</w:t>
      </w:r>
      <w:r w:rsidR="002A1F4E">
        <w:rPr>
          <w:color w:val="5A5A5A"/>
          <w:sz w:val="20"/>
        </w:rPr>
        <w:t xml:space="preserve">6687 | lafave21@outlook.com | </w:t>
      </w:r>
      <w:r w:rsidR="00393C23">
        <w:rPr>
          <w:color w:val="5A5A5A"/>
          <w:sz w:val="20"/>
        </w:rPr>
        <w:t>jacoblafave.net</w:t>
      </w:r>
    </w:p>
    <w:p w14:paraId="4529A75F" w14:textId="77777777" w:rsidR="00634068" w:rsidRPr="00884CEE" w:rsidRDefault="00000000">
      <w:pPr>
        <w:rPr>
          <w:sz w:val="20"/>
          <w:szCs w:val="20"/>
        </w:rPr>
      </w:pPr>
      <w:r w:rsidRPr="00884CEE">
        <w:rPr>
          <w:b/>
          <w:color w:val="2D5587"/>
          <w:sz w:val="20"/>
          <w:szCs w:val="20"/>
        </w:rPr>
        <w:t>PROFESSIONAL SUMMARY</w:t>
      </w:r>
    </w:p>
    <w:p w14:paraId="6A06C4B8" w14:textId="77777777" w:rsidR="00634068" w:rsidRPr="00884CEE" w:rsidRDefault="00000000">
      <w:pPr>
        <w:rPr>
          <w:sz w:val="20"/>
          <w:szCs w:val="20"/>
        </w:rPr>
      </w:pPr>
      <w:r w:rsidRPr="00884CEE">
        <w:rPr>
          <w:sz w:val="20"/>
          <w:szCs w:val="20"/>
        </w:rPr>
        <w:t>Results-driven communications and marketing professional with experience in public relations, social media strategy, editorial content, and leadership. Skilled in creating press releases, managing social media campaigns, planning events, and leading teams. Known for strong communication, organization, and problem-solving skills.</w:t>
      </w:r>
    </w:p>
    <w:p w14:paraId="20B5C58D" w14:textId="77777777" w:rsidR="00634068" w:rsidRPr="00884CEE" w:rsidRDefault="00000000">
      <w:pPr>
        <w:rPr>
          <w:sz w:val="20"/>
          <w:szCs w:val="20"/>
        </w:rPr>
      </w:pPr>
      <w:r w:rsidRPr="00884CEE">
        <w:rPr>
          <w:b/>
          <w:color w:val="2D5587"/>
          <w:sz w:val="20"/>
          <w:szCs w:val="20"/>
        </w:rPr>
        <w:t>EDUCATION</w:t>
      </w:r>
    </w:p>
    <w:p w14:paraId="78686B9D" w14:textId="277C525C" w:rsidR="00634068" w:rsidRPr="00884CEE" w:rsidRDefault="00000000">
      <w:pPr>
        <w:rPr>
          <w:sz w:val="20"/>
          <w:szCs w:val="20"/>
        </w:rPr>
      </w:pPr>
      <w:r w:rsidRPr="00884CEE">
        <w:rPr>
          <w:b/>
          <w:sz w:val="20"/>
          <w:szCs w:val="20"/>
        </w:rPr>
        <w:t>Missouri State University</w:t>
      </w:r>
      <w:r w:rsidRPr="00884CEE">
        <w:rPr>
          <w:sz w:val="20"/>
          <w:szCs w:val="20"/>
        </w:rPr>
        <w:t xml:space="preserve"> – Springfield, MO</w:t>
      </w:r>
      <w:r w:rsidRPr="00884CEE">
        <w:rPr>
          <w:sz w:val="20"/>
          <w:szCs w:val="20"/>
        </w:rPr>
        <w:br/>
        <w:t>Bachelor of Arts in Communication, Film &amp; Media Studies | Minor in Psychology</w:t>
      </w:r>
      <w:r w:rsidRPr="00884CEE">
        <w:rPr>
          <w:sz w:val="20"/>
          <w:szCs w:val="20"/>
        </w:rPr>
        <w:br/>
      </w:r>
      <w:r w:rsidR="00175FDA">
        <w:rPr>
          <w:sz w:val="20"/>
          <w:szCs w:val="20"/>
        </w:rPr>
        <w:t>Graduated</w:t>
      </w:r>
      <w:r w:rsidRPr="00884CEE">
        <w:rPr>
          <w:sz w:val="20"/>
          <w:szCs w:val="20"/>
        </w:rPr>
        <w:t>: May 2025 | GPA: 3.71</w:t>
      </w:r>
      <w:r w:rsidRPr="00884CEE">
        <w:rPr>
          <w:sz w:val="20"/>
          <w:szCs w:val="20"/>
        </w:rPr>
        <w:br/>
      </w:r>
      <w:r w:rsidRPr="00884CEE">
        <w:rPr>
          <w:i/>
          <w:sz w:val="20"/>
          <w:szCs w:val="20"/>
        </w:rPr>
        <w:t>Dean’s List: Spring 2023, Fall 2023, Spring 2025</w:t>
      </w:r>
    </w:p>
    <w:p w14:paraId="58F56B7B" w14:textId="77777777" w:rsidR="00634068" w:rsidRPr="00884CEE" w:rsidRDefault="00000000">
      <w:pPr>
        <w:rPr>
          <w:sz w:val="20"/>
          <w:szCs w:val="20"/>
        </w:rPr>
      </w:pPr>
      <w:r w:rsidRPr="00884CEE">
        <w:rPr>
          <w:b/>
          <w:color w:val="2D5587"/>
          <w:sz w:val="20"/>
          <w:szCs w:val="20"/>
        </w:rPr>
        <w:t>PROFESSIONAL EXPERIENCE</w:t>
      </w:r>
    </w:p>
    <w:p w14:paraId="5A293ADA" w14:textId="11E55C39" w:rsidR="00634068" w:rsidRPr="00884CEE" w:rsidRDefault="00000000">
      <w:pPr>
        <w:rPr>
          <w:sz w:val="20"/>
          <w:szCs w:val="20"/>
        </w:rPr>
      </w:pPr>
      <w:r w:rsidRPr="00884CEE">
        <w:rPr>
          <w:b/>
          <w:color w:val="1E1E1E"/>
          <w:sz w:val="20"/>
          <w:szCs w:val="20"/>
        </w:rPr>
        <w:t>Social Media Marketing Freelancer</w:t>
      </w:r>
      <w:r w:rsidRPr="00884CEE">
        <w:rPr>
          <w:i/>
          <w:sz w:val="20"/>
          <w:szCs w:val="20"/>
        </w:rPr>
        <w:t xml:space="preserve"> | Mercy Hospital</w:t>
      </w:r>
      <w:r w:rsidRPr="00884CEE">
        <w:rPr>
          <w:color w:val="646464"/>
          <w:sz w:val="20"/>
          <w:szCs w:val="20"/>
        </w:rPr>
        <w:t xml:space="preserve">    January 2025–</w:t>
      </w:r>
      <w:r w:rsidR="00343743">
        <w:rPr>
          <w:color w:val="646464"/>
          <w:sz w:val="20"/>
          <w:szCs w:val="20"/>
        </w:rPr>
        <w:t>July 2026</w:t>
      </w:r>
    </w:p>
    <w:p w14:paraId="7AC3AFFB" w14:textId="77777777" w:rsidR="00634068" w:rsidRPr="00884CEE" w:rsidRDefault="00000000">
      <w:pPr>
        <w:pStyle w:val="ListBullet"/>
        <w:rPr>
          <w:sz w:val="20"/>
          <w:szCs w:val="20"/>
        </w:rPr>
      </w:pPr>
      <w:r w:rsidRPr="00884CEE">
        <w:rPr>
          <w:sz w:val="20"/>
          <w:szCs w:val="20"/>
        </w:rPr>
        <w:t>Create press releases and social media content for Mercy hospitals across the Midwest.</w:t>
      </w:r>
    </w:p>
    <w:p w14:paraId="40433AE0" w14:textId="77777777" w:rsidR="00634068" w:rsidRPr="00884CEE" w:rsidRDefault="00000000">
      <w:pPr>
        <w:pStyle w:val="ListBullet"/>
        <w:rPr>
          <w:sz w:val="20"/>
          <w:szCs w:val="20"/>
        </w:rPr>
      </w:pPr>
      <w:r w:rsidRPr="00884CEE">
        <w:rPr>
          <w:sz w:val="20"/>
          <w:szCs w:val="20"/>
        </w:rPr>
        <w:t>Wrote and distributed more than 10 press releases highlighting hospital initiatives, community outreach, patient stories, and organizational updates.</w:t>
      </w:r>
    </w:p>
    <w:p w14:paraId="6E36859A" w14:textId="77777777" w:rsidR="00634068" w:rsidRPr="00884CEE" w:rsidRDefault="00000000">
      <w:pPr>
        <w:pStyle w:val="ListBullet"/>
        <w:rPr>
          <w:sz w:val="20"/>
          <w:szCs w:val="20"/>
        </w:rPr>
      </w:pPr>
      <w:r w:rsidRPr="00884CEE">
        <w:rPr>
          <w:sz w:val="20"/>
          <w:szCs w:val="20"/>
        </w:rPr>
        <w:t>Collaborate with the communications team through weekly planning meetings to coordinate messaging and campaigns.</w:t>
      </w:r>
    </w:p>
    <w:p w14:paraId="56E5CBF6" w14:textId="77777777" w:rsidR="00634068" w:rsidRPr="00884CEE" w:rsidRDefault="00000000">
      <w:pPr>
        <w:pStyle w:val="ListBullet"/>
        <w:rPr>
          <w:sz w:val="20"/>
          <w:szCs w:val="20"/>
        </w:rPr>
      </w:pPr>
      <w:r w:rsidRPr="00884CEE">
        <w:rPr>
          <w:sz w:val="20"/>
          <w:szCs w:val="20"/>
        </w:rPr>
        <w:t>Drafted and prepared official documents for Mercy’s Report to Rome, including materials submitted to the Vatican on behalf of the organization.</w:t>
      </w:r>
    </w:p>
    <w:p w14:paraId="07E2F5D5" w14:textId="6C5D3931" w:rsidR="00634068" w:rsidRPr="00884CEE" w:rsidRDefault="00000000">
      <w:pPr>
        <w:rPr>
          <w:sz w:val="20"/>
          <w:szCs w:val="20"/>
        </w:rPr>
      </w:pPr>
      <w:r w:rsidRPr="00884CEE">
        <w:rPr>
          <w:b/>
          <w:color w:val="1E1E1E"/>
          <w:sz w:val="20"/>
          <w:szCs w:val="20"/>
        </w:rPr>
        <w:t>Assistant General Manager</w:t>
      </w:r>
      <w:r w:rsidRPr="00884CEE">
        <w:rPr>
          <w:i/>
          <w:sz w:val="20"/>
          <w:szCs w:val="20"/>
        </w:rPr>
        <w:t xml:space="preserve"> | Black Sheep Burgers &amp; Shakes</w:t>
      </w:r>
      <w:r w:rsidRPr="00884CEE">
        <w:rPr>
          <w:color w:val="646464"/>
          <w:sz w:val="20"/>
          <w:szCs w:val="20"/>
        </w:rPr>
        <w:t xml:space="preserve">    June 2023–</w:t>
      </w:r>
      <w:r w:rsidR="00343743">
        <w:rPr>
          <w:color w:val="646464"/>
          <w:sz w:val="20"/>
          <w:szCs w:val="20"/>
        </w:rPr>
        <w:t>July 2026</w:t>
      </w:r>
    </w:p>
    <w:p w14:paraId="28FDAF5E" w14:textId="77777777" w:rsidR="00634068" w:rsidRPr="00884CEE" w:rsidRDefault="00000000">
      <w:pPr>
        <w:pStyle w:val="ListBullet"/>
        <w:rPr>
          <w:sz w:val="20"/>
          <w:szCs w:val="20"/>
        </w:rPr>
      </w:pPr>
      <w:r w:rsidRPr="00884CEE">
        <w:rPr>
          <w:sz w:val="20"/>
          <w:szCs w:val="20"/>
        </w:rPr>
        <w:t>Supervise daily restaurant operations, including staff scheduling, cash handling, and performance management.</w:t>
      </w:r>
    </w:p>
    <w:p w14:paraId="273D6B76" w14:textId="77777777" w:rsidR="00634068" w:rsidRPr="00884CEE" w:rsidRDefault="00000000">
      <w:pPr>
        <w:pStyle w:val="ListBullet"/>
        <w:rPr>
          <w:sz w:val="20"/>
          <w:szCs w:val="20"/>
        </w:rPr>
      </w:pPr>
      <w:r w:rsidRPr="00884CEE">
        <w:rPr>
          <w:sz w:val="20"/>
          <w:szCs w:val="20"/>
        </w:rPr>
        <w:t>Established team priorities and created schedules to improve efficiency and workflow.</w:t>
      </w:r>
    </w:p>
    <w:p w14:paraId="7A505E30" w14:textId="77777777" w:rsidR="00634068" w:rsidRPr="00884CEE" w:rsidRDefault="00000000">
      <w:pPr>
        <w:pStyle w:val="ListBullet"/>
        <w:rPr>
          <w:sz w:val="20"/>
          <w:szCs w:val="20"/>
        </w:rPr>
      </w:pPr>
      <w:r w:rsidRPr="00884CEE">
        <w:rPr>
          <w:sz w:val="20"/>
          <w:szCs w:val="20"/>
        </w:rPr>
        <w:t>Monitored cash intake, prepared deposits, and ensured secure opening and closing procedures.</w:t>
      </w:r>
    </w:p>
    <w:p w14:paraId="6FA312F2" w14:textId="77777777" w:rsidR="00634068" w:rsidRPr="00884CEE" w:rsidRDefault="00000000">
      <w:pPr>
        <w:pStyle w:val="ListBullet"/>
        <w:rPr>
          <w:sz w:val="20"/>
          <w:szCs w:val="20"/>
        </w:rPr>
      </w:pPr>
      <w:r w:rsidRPr="00884CEE">
        <w:rPr>
          <w:sz w:val="20"/>
          <w:szCs w:val="20"/>
        </w:rPr>
        <w:t>Trained and supported team members to maintain high standards of service and professionalism.</w:t>
      </w:r>
    </w:p>
    <w:p w14:paraId="5E1AC054" w14:textId="77777777" w:rsidR="00634068" w:rsidRPr="00884CEE" w:rsidRDefault="00000000">
      <w:pPr>
        <w:rPr>
          <w:sz w:val="20"/>
          <w:szCs w:val="20"/>
        </w:rPr>
      </w:pPr>
      <w:r w:rsidRPr="00884CEE">
        <w:rPr>
          <w:b/>
          <w:color w:val="1E1E1E"/>
          <w:sz w:val="20"/>
          <w:szCs w:val="20"/>
        </w:rPr>
        <w:t>President</w:t>
      </w:r>
      <w:r w:rsidRPr="00884CEE">
        <w:rPr>
          <w:i/>
          <w:sz w:val="20"/>
          <w:szCs w:val="20"/>
        </w:rPr>
        <w:t xml:space="preserve"> | Sigma Nu Fraternity</w:t>
      </w:r>
      <w:r w:rsidRPr="00884CEE">
        <w:rPr>
          <w:color w:val="646464"/>
          <w:sz w:val="20"/>
          <w:szCs w:val="20"/>
        </w:rPr>
        <w:t xml:space="preserve">    January 2024–2025</w:t>
      </w:r>
    </w:p>
    <w:p w14:paraId="43513E71" w14:textId="77777777" w:rsidR="00634068" w:rsidRPr="00884CEE" w:rsidRDefault="00000000">
      <w:pPr>
        <w:pStyle w:val="ListBullet"/>
        <w:rPr>
          <w:sz w:val="20"/>
          <w:szCs w:val="20"/>
        </w:rPr>
      </w:pPr>
      <w:r w:rsidRPr="00884CEE">
        <w:rPr>
          <w:sz w:val="20"/>
          <w:szCs w:val="20"/>
        </w:rPr>
        <w:t>Led an executive board and oversaw operations for more than 70 members while ensuring compliance with university and national organization standards.</w:t>
      </w:r>
    </w:p>
    <w:p w14:paraId="1ED54C6B" w14:textId="77777777" w:rsidR="00634068" w:rsidRPr="00884CEE" w:rsidRDefault="00000000">
      <w:pPr>
        <w:pStyle w:val="ListBullet"/>
        <w:rPr>
          <w:sz w:val="20"/>
          <w:szCs w:val="20"/>
        </w:rPr>
      </w:pPr>
      <w:r w:rsidRPr="00884CEE">
        <w:rPr>
          <w:sz w:val="20"/>
          <w:szCs w:val="20"/>
        </w:rPr>
        <w:t>Organized and facilitated weekly chapter meetings, clearly communicating goals, updates, and expectations.</w:t>
      </w:r>
    </w:p>
    <w:p w14:paraId="77E176C4" w14:textId="77777777" w:rsidR="00634068" w:rsidRDefault="00000000">
      <w:pPr>
        <w:pStyle w:val="ListBullet"/>
        <w:rPr>
          <w:sz w:val="20"/>
          <w:szCs w:val="20"/>
        </w:rPr>
      </w:pPr>
      <w:r w:rsidRPr="00884CEE">
        <w:rPr>
          <w:sz w:val="20"/>
          <w:szCs w:val="20"/>
        </w:rPr>
        <w:t>Planned and coordinated a 60-person formal event, including venue selection, hotel accommodations, and travel logistics.</w:t>
      </w:r>
    </w:p>
    <w:p w14:paraId="73F52DFA" w14:textId="77777777" w:rsidR="00343743" w:rsidRPr="00884CEE" w:rsidRDefault="00343743" w:rsidP="00343743">
      <w:pPr>
        <w:rPr>
          <w:sz w:val="20"/>
          <w:szCs w:val="20"/>
        </w:rPr>
      </w:pPr>
      <w:r w:rsidRPr="00884CEE">
        <w:rPr>
          <w:b/>
          <w:color w:val="1E1E1E"/>
          <w:sz w:val="20"/>
          <w:szCs w:val="20"/>
        </w:rPr>
        <w:t>Front Desk Receptionist</w:t>
      </w:r>
      <w:r w:rsidRPr="00884CEE">
        <w:rPr>
          <w:i/>
          <w:sz w:val="20"/>
          <w:szCs w:val="20"/>
        </w:rPr>
        <w:t xml:space="preserve"> | Missouri State University</w:t>
      </w:r>
      <w:r w:rsidRPr="00884CEE">
        <w:rPr>
          <w:color w:val="646464"/>
          <w:sz w:val="20"/>
          <w:szCs w:val="20"/>
        </w:rPr>
        <w:t xml:space="preserve">    August 2022–2024</w:t>
      </w:r>
    </w:p>
    <w:p w14:paraId="1FF1CF20" w14:textId="77777777" w:rsidR="00343743" w:rsidRPr="00884CEE" w:rsidRDefault="00343743" w:rsidP="00343743">
      <w:pPr>
        <w:pStyle w:val="ListBullet"/>
        <w:rPr>
          <w:sz w:val="20"/>
          <w:szCs w:val="20"/>
        </w:rPr>
      </w:pPr>
      <w:r w:rsidRPr="00884CEE">
        <w:rPr>
          <w:sz w:val="20"/>
          <w:szCs w:val="20"/>
        </w:rPr>
        <w:t>Managed daily schedules and appointment calendars to ensure efficient workflow and prevent conflicts.</w:t>
      </w:r>
    </w:p>
    <w:p w14:paraId="1AA3C97B" w14:textId="77777777" w:rsidR="00343743" w:rsidRPr="00884CEE" w:rsidRDefault="00343743" w:rsidP="00343743">
      <w:pPr>
        <w:pStyle w:val="ListBullet"/>
        <w:rPr>
          <w:sz w:val="20"/>
          <w:szCs w:val="20"/>
        </w:rPr>
      </w:pPr>
      <w:r w:rsidRPr="00884CEE">
        <w:rPr>
          <w:sz w:val="20"/>
          <w:szCs w:val="20"/>
        </w:rPr>
        <w:t xml:space="preserve">Greeted </w:t>
      </w:r>
      <w:proofErr w:type="gramStart"/>
      <w:r w:rsidRPr="00884CEE">
        <w:rPr>
          <w:sz w:val="20"/>
          <w:szCs w:val="20"/>
        </w:rPr>
        <w:t>visitors,</w:t>
      </w:r>
      <w:proofErr w:type="gramEnd"/>
      <w:r w:rsidRPr="00884CEE">
        <w:rPr>
          <w:sz w:val="20"/>
          <w:szCs w:val="20"/>
        </w:rPr>
        <w:t xml:space="preserve"> answered calls, and scheduled appointments with professionalism and excellent customer service.</w:t>
      </w:r>
    </w:p>
    <w:p w14:paraId="187538C5" w14:textId="77777777" w:rsidR="00343743" w:rsidRPr="00884CEE" w:rsidRDefault="00343743" w:rsidP="00343743">
      <w:pPr>
        <w:pStyle w:val="ListBullet"/>
        <w:rPr>
          <w:sz w:val="20"/>
          <w:szCs w:val="20"/>
        </w:rPr>
      </w:pPr>
      <w:r w:rsidRPr="00884CEE">
        <w:rPr>
          <w:sz w:val="20"/>
          <w:szCs w:val="20"/>
        </w:rPr>
        <w:t>Maintained confidential records and organized both digital and physical filing systems.</w:t>
      </w:r>
    </w:p>
    <w:p w14:paraId="7659F411" w14:textId="2BE76400" w:rsidR="00343743" w:rsidRPr="00343743" w:rsidRDefault="00343743" w:rsidP="00343743">
      <w:pPr>
        <w:pStyle w:val="ListBullet"/>
        <w:rPr>
          <w:sz w:val="20"/>
          <w:szCs w:val="20"/>
        </w:rPr>
      </w:pPr>
      <w:r w:rsidRPr="00884CEE">
        <w:rPr>
          <w:sz w:val="20"/>
          <w:szCs w:val="20"/>
        </w:rPr>
        <w:t>Supported office operations through communication and administrative assistance.</w:t>
      </w:r>
    </w:p>
    <w:p w14:paraId="5F0F8F5C" w14:textId="77777777" w:rsidR="00634068" w:rsidRPr="00884CEE" w:rsidRDefault="00000000">
      <w:pPr>
        <w:rPr>
          <w:sz w:val="20"/>
          <w:szCs w:val="20"/>
        </w:rPr>
      </w:pPr>
      <w:r w:rsidRPr="00884CEE">
        <w:rPr>
          <w:b/>
          <w:color w:val="2D5587"/>
          <w:sz w:val="20"/>
          <w:szCs w:val="20"/>
        </w:rPr>
        <w:t>SKILLS</w:t>
      </w:r>
    </w:p>
    <w:p w14:paraId="72FBAFA9" w14:textId="66400451" w:rsidR="00634068" w:rsidRPr="00343743" w:rsidRDefault="00000000" w:rsidP="00343743">
      <w:pPr>
        <w:rPr>
          <w:sz w:val="20"/>
          <w:szCs w:val="20"/>
        </w:rPr>
      </w:pPr>
      <w:r w:rsidRPr="00343743">
        <w:rPr>
          <w:sz w:val="20"/>
          <w:szCs w:val="20"/>
        </w:rPr>
        <w:t xml:space="preserve">Public Relations • Social Media Marketing • Press Release Writing • Event Planning • Leadership • Teamwork • Time Management • Effective Communication • Critical Thinking • Microsoft Office • Google Workspace </w:t>
      </w:r>
      <w:r w:rsidR="00343743" w:rsidRPr="00343743">
        <w:rPr>
          <w:sz w:val="20"/>
          <w:szCs w:val="20"/>
        </w:rPr>
        <w:t>•</w:t>
      </w:r>
      <w:r w:rsidR="00343743">
        <w:rPr>
          <w:sz w:val="20"/>
          <w:szCs w:val="20"/>
        </w:rPr>
        <w:t xml:space="preserve"> Adobe </w:t>
      </w:r>
      <w:r w:rsidR="00343743" w:rsidRPr="00343743">
        <w:rPr>
          <w:sz w:val="20"/>
          <w:szCs w:val="20"/>
        </w:rPr>
        <w:t>•</w:t>
      </w:r>
      <w:r w:rsidR="00343743">
        <w:rPr>
          <w:sz w:val="20"/>
          <w:szCs w:val="20"/>
        </w:rPr>
        <w:t xml:space="preserve"> Canva</w:t>
      </w:r>
    </w:p>
    <w:sectPr w:rsidR="00634068" w:rsidRPr="00343743" w:rsidSect="00034616">
      <w:pgSz w:w="12240" w:h="15840"/>
      <w:pgMar w:top="720" w:right="936" w:bottom="72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E508E4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E0F5AB5"/>
    <w:multiLevelType w:val="hybridMultilevel"/>
    <w:tmpl w:val="344E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656197">
    <w:abstractNumId w:val="8"/>
  </w:num>
  <w:num w:numId="2" w16cid:durableId="435292394">
    <w:abstractNumId w:val="6"/>
  </w:num>
  <w:num w:numId="3" w16cid:durableId="1219900267">
    <w:abstractNumId w:val="5"/>
  </w:num>
  <w:num w:numId="4" w16cid:durableId="1640302932">
    <w:abstractNumId w:val="4"/>
  </w:num>
  <w:num w:numId="5" w16cid:durableId="2078702003">
    <w:abstractNumId w:val="7"/>
  </w:num>
  <w:num w:numId="6" w16cid:durableId="2124297875">
    <w:abstractNumId w:val="3"/>
  </w:num>
  <w:num w:numId="7" w16cid:durableId="1342780649">
    <w:abstractNumId w:val="2"/>
  </w:num>
  <w:num w:numId="8" w16cid:durableId="1357585037">
    <w:abstractNumId w:val="1"/>
  </w:num>
  <w:num w:numId="9" w16cid:durableId="693462004">
    <w:abstractNumId w:val="0"/>
  </w:num>
  <w:num w:numId="10" w16cid:durableId="20361473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C19"/>
    <w:rsid w:val="0015074B"/>
    <w:rsid w:val="00175FDA"/>
    <w:rsid w:val="0029639D"/>
    <w:rsid w:val="002A1F4E"/>
    <w:rsid w:val="00314246"/>
    <w:rsid w:val="00326F90"/>
    <w:rsid w:val="00343743"/>
    <w:rsid w:val="00393C23"/>
    <w:rsid w:val="00634068"/>
    <w:rsid w:val="00746D01"/>
    <w:rsid w:val="00884CEE"/>
    <w:rsid w:val="008E4CC4"/>
    <w:rsid w:val="00AA1D8D"/>
    <w:rsid w:val="00B47730"/>
    <w:rsid w:val="00CB0664"/>
    <w:rsid w:val="00F650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528C61"/>
  <w14:defaultImageDpi w14:val="300"/>
  <w15:docId w15:val="{E0E527BB-83CA-443F-8020-6AEA4FB6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Jacob Lafave</cp:lastModifiedBy>
  <cp:revision>6</cp:revision>
  <dcterms:created xsi:type="dcterms:W3CDTF">2026-04-07T19:19:00Z</dcterms:created>
  <dcterms:modified xsi:type="dcterms:W3CDTF">2026-09-08T17:14:00Z</dcterms:modified>
  <cp:category/>
</cp:coreProperties>
</file>